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ומטבח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לספורט ולפעילות גופנית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מתכון פשוט לשקשוקה ואת סדר ההכנה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השורש נ-צ-ח ואת משפחת המילים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כדורגל וכדורסל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מרכז קהילתי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בכתבה על המתכון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(ספורט קבוצתי אהוב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(מאכל עם ביצים ועגבניות)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ליד הים לריצה והליכה)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ניצחון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טיילת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הכנת השקשוקה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חותכים את הבצל, השום, הפלפל והעגבניות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שמים שמן במחבת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שוברים את הביצים לתוך הרוטב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פשוט עם שם ספורט ומקום, בזמן הווה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מנצח, מנצחת או ניצחון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לפחות שלושה מרכיבים מהמתכון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ולתרגל הגייה של מילים כמו מתנ"ס ושקשוקה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לזוגות או לקבוצות קטנות למשחק ההתאמה בין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ותלמידות לשתף חוויות ספורט אישיות מחייהם בישראל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ומטבח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וביטויים על ספורט, על המתנ"ס ועל בישול שקשוקה, כמו בכתבות שקראנו.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ניצחון  ·  טיילת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ספורט אהוב מאוד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טניס וגולף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כדורגל וכדורסל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סקי והוקי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מתנ"ס?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תחנת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מרכז קהילתי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בישראל אוהבים כדורגל וכדורסל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השקשוקה הגיעה מצפון אפריקה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כדורגל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ספורט קבוצתי אהוב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שקשוקה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ליד הים לריצה והליכה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טיילת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מאכל עם ביצים ועגבניות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הקבוצה שלנו ניצחה! זה __________ 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ליד הים יש __________, ושם אנשים רצים והולכים.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הכנת השקשוקה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שוברים את הביצים לתוך הרוטב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חותכים את הבצל, השום, הפלפל והעגבניות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שמים שמן במחבת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אחד: איזה ספורט אתם אוהבים לעשות, ואיפה?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אתם אוהבים יותר: כדורגל או כדורסל?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ממשפחת המילים של לנצח.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ספורט ומטבח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