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ספורט ומטבח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לספורט ולפעילות גופנית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מתכון פשוט לשקשוקה ואת סדר ההכנה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השורש נ-צ-ח ואת משפחת המילים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כדורגל וכדורסל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מרכז קהילתי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מצפון 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נ-צ-ח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בפארקים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חוגים לכל הגילים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בכתבה על המתכון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ההפך הוא להפסיד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(ספורט קבוצתי אהוב בישראל)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(מאכל עם ביצים ועגבניות)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(מרכז קהילתי עם חוגים)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(מקום ליד הים לריצה והליכה)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(כשהקבוצה מנצחת במשחק)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ניצחון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טיילת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הכנת השקשוקה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חותכים את הבצל, השום, הפלפל והעגבניות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שמים שמן במחבת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מוסיפים את הירקות, פפריקה ומלח ומבשלים 15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שוברים את הביצים לתוך הרוטב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מבשלים עוד 5-7 דקות ואוכלים בתיאבון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פשוט עם שם ספורט ומקום, בזמן 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סדר הגיוני של לפחות שלושה שלבים מהמתכון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פשוט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כמו מנצח, מנצחת או ניצחון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לפחות שלושה מרכיבים מהמתכון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ולתרגל הגייה של מילים כמו מתנ"ס ושקשוקה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לזוגות או לקבוצות קטנות למשחק ההתאמה בין מילים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ותלמידות לשתף חוויות ספורט אישיות מחייהם בישראל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ספורט ומטבח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מילים על ספורט ועל אוכל בישראל, בעברית פשוטה.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מתנ"ס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מרכז קהילתי עם חוגים לכל הגילים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אוהדים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שאוהבים קבוצת ספורט ותומכים 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אצטדיון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גדול לצפייה במשחקי ספורט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מתקני כושר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מכשירי התעמלות בפארק, בחינם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שקשוקה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מאכל עם ביצים, עגבניות ותבלינים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מרתון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תחרות ריצה ארוכה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לנצח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להיות הכי טוב במשחק או בתחרות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שיעור קבוע בנושא מסוים, כמו ריקוד או יוגה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משחק אנשים אוהבים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טניס וגולף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כדורגל וכדורסל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סקי והוקי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שחייה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מתנ"ס זה מקום בשביל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חולים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תחנת 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מרכז קהילתי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מאיזו ארץ באה השקשוקה?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מצפון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מאוסטרליה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שלוש האותיות של המילה לנצח?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צ-ח-ק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נ-צ-ח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נ-צ-ל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ש-מ-ח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אפשר להתאמן בלי לשלם?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בקניון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בפארקים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בבית הקולנוע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ביצים כתוב במתכון?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בישראל אוהבים כדורגל וכדורסל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במתנ"ס יש חוגים רק לילדים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השקשוקה הגיעה מצפון אפריקה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"לנצח" הוא "לשחק"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כדורגל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ליד הים לריצה והליכה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שקשוקה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ספורט קבוצתי אהוב בישראל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מתנ"ס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כשהקבוצה מנצחת במשחק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טיילת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מרכז קהילתי עם חוגים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ניצחון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מאכל עם ביצים ועגבניות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הקבוצה שלנו ניצחה! זה __________ גדול.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ליד הים יש __________, ושם אנשים רצים והולכים.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במתנ"ס יש __________ לכל הגילים.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יש לי __________ טוב לשקשוקה.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הכנת השקשוקה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מבשלים עוד 5-7 דקות ואוכלים בתיאבון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את הירקות, פפריקה ומלח ומבשלים 15 דקות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שוברים את הביצים לתוך הרוטב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שמים שמן במחבת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חותכים את הבצל, השום, הפלפל והעגבניות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אחד: איזה ספורט אתם אוהבים לעשות, ואיפה?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2-3 משפטים: תארו איך מכינים שקשוקה, בעזרת מילים מהדף.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אתם אוהבים יותר: כדורגל או כדורסל? 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ממשפחת המילים של לנצח.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צריך כדי להכין שקשוקה?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ספורט ומטבח בישראל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